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rFonts w:ascii="Arial" w:hAnsi="Arial"/>
          <w:b/>
          <w:sz w:val="26"/>
        </w:rPr>
        <w:t>SAIEE SENIOR MEMBER NOMINATION – REFERRAL LETTER</w:t>
      </w:r>
    </w:p>
    <w:p>
      <w:pPr>
        <w:spacing w:after="240"/>
        <w:jc w:val="center"/>
      </w:pPr>
      <w:r>
        <w:rPr>
          <w:rFonts w:ascii="Arial" w:hAnsi="Arial"/>
          <w:b/>
          <w:sz w:val="21"/>
        </w:rPr>
        <w:t>Nominator 1</w:t>
      </w:r>
    </w:p>
    <w:p>
      <w:pPr>
        <w:spacing w:after="60"/>
      </w:pPr>
      <w:r>
        <w:rPr>
          <w:rFonts w:ascii="Arial" w:hAnsi="Arial"/>
          <w:b/>
          <w:sz w:val="21"/>
        </w:rPr>
        <w:t>Date:</w:t>
      </w:r>
      <w:r>
        <w:rPr>
          <w:rFonts w:ascii="Arial" w:hAnsi="Arial"/>
          <w:sz w:val="21"/>
        </w:rPr>
        <w:t xml:space="preserve"> ______________________________________________</w:t>
      </w:r>
    </w:p>
    <w:p>
      <w:pPr>
        <w:spacing w:after="60"/>
      </w:pPr>
      <w:r>
        <w:rPr>
          <w:rFonts w:ascii="Arial" w:hAnsi="Arial"/>
          <w:b/>
          <w:sz w:val="21"/>
        </w:rPr>
        <w:t>Applicant Name:</w:t>
      </w:r>
      <w:r>
        <w:rPr>
          <w:rFonts w:ascii="Arial" w:hAnsi="Arial"/>
          <w:sz w:val="21"/>
        </w:rPr>
        <w:t xml:space="preserve"> ______________________________________________</w:t>
      </w:r>
    </w:p>
    <w:p>
      <w:pPr>
        <w:spacing w:after="60"/>
      </w:pPr>
      <w:r>
        <w:rPr>
          <w:rFonts w:ascii="Arial" w:hAnsi="Arial"/>
          <w:b/>
          <w:sz w:val="21"/>
        </w:rPr>
        <w:t>Applicant SAIEE Membership / Application No. (if applicable):</w:t>
      </w:r>
      <w:r>
        <w:rPr>
          <w:rFonts w:ascii="Arial" w:hAnsi="Arial"/>
          <w:sz w:val="21"/>
        </w:rPr>
        <w:t xml:space="preserve"> ______________________________________________</w:t>
      </w:r>
    </w:p>
    <w:p>
      <w:pPr>
        <w:spacing w:after="160"/>
      </w:pPr>
      <w:r>
        <w:rPr>
          <w:rFonts w:ascii="Arial" w:hAnsi="Arial"/>
          <w:b/>
          <w:sz w:val="21"/>
        </w:rPr>
        <w:t>To: The South African Institute of Electrical Engineers (SAIEE)</w:t>
      </w:r>
    </w:p>
    <w:p>
      <w:pPr>
        <w:spacing w:after="160"/>
      </w:pPr>
      <w:r>
        <w:rPr>
          <w:rFonts w:ascii="Arial" w:hAnsi="Arial"/>
          <w:b/>
          <w:sz w:val="22"/>
        </w:rPr>
        <w:t>RE: NOMINATION OF APPLICANT FOR THE GRADE OF SENIOR MEMBER</w:t>
      </w:r>
    </w:p>
    <w:p>
      <w:pPr>
        <w:spacing w:after="140"/>
      </w:pPr>
      <w:r>
        <w:rPr>
          <w:rFonts w:ascii="Arial" w:hAnsi="Arial"/>
          <w:b w:val="0"/>
          <w:sz w:val="21"/>
        </w:rPr>
        <w:t>I am pleased to nominate and support the above applicant's application for admission to the grade of Senior Member of the South African Institute of Electrical Engineers (SAIEE).</w:t>
      </w:r>
    </w:p>
    <w:p>
      <w:pPr>
        <w:spacing w:after="140"/>
      </w:pPr>
      <w:r>
        <w:rPr>
          <w:rFonts w:ascii="Arial" w:hAnsi="Arial"/>
          <w:b w:val="0"/>
          <w:sz w:val="21"/>
        </w:rPr>
        <w:t>I confirm that I am a Senior Member/Fellow of the SAIEE and that I have sufficient knowledge of the applicant's professional background and conduct to provide this recommendation.</w:t>
      </w:r>
    </w:p>
    <w:p>
      <w:pPr>
        <w:spacing w:after="140"/>
      </w:pPr>
      <w:r>
        <w:rPr>
          <w:rFonts w:ascii="Arial" w:hAnsi="Arial"/>
          <w:b w:val="0"/>
          <w:sz w:val="21"/>
        </w:rPr>
        <w:t>Based on my knowledge of the applicant, I believe that they have demonstrated the professional experience, competence, integrity and commitment expected of a Senior Member of the SAIEE. I consider the applicant to be a suitable candidate for this grade and support the application.</w:t>
      </w:r>
    </w:p>
    <w:p>
      <w:pPr>
        <w:spacing w:after="140"/>
      </w:pPr>
      <w:r>
        <w:rPr>
          <w:rFonts w:ascii="Arial" w:hAnsi="Arial"/>
          <w:b w:val="0"/>
          <w:sz w:val="21"/>
        </w:rPr>
        <w:t>I am prepared to vouch for the applicant's Professional Experience and Integrity and confirm that, to the best of my knowledge, the information contained in this recommendation is true and correct.</w:t>
      </w:r>
    </w:p>
    <w:p>
      <w:pPr>
        <w:spacing w:after="200"/>
      </w:pPr>
      <w:r>
        <w:rPr>
          <w:rFonts w:ascii="Arial" w:hAnsi="Arial"/>
          <w:b w:val="0"/>
          <w:sz w:val="21"/>
        </w:rPr>
        <w:t>Please contact me should any further information or clarification be required.</w:t>
      </w:r>
    </w:p>
    <w:p>
      <w:pPr>
        <w:spacing w:after="60"/>
      </w:pPr>
      <w:r>
        <w:rPr>
          <w:rFonts w:ascii="Arial" w:hAnsi="Arial"/>
          <w:b/>
          <w:sz w:val="21"/>
        </w:rPr>
        <w:t>Nominator Name:</w:t>
      </w:r>
      <w:r>
        <w:rPr>
          <w:rFonts w:ascii="Arial" w:hAnsi="Arial"/>
          <w:sz w:val="21"/>
        </w:rPr>
        <w:t xml:space="preserve"> ______________________________________________</w:t>
      </w:r>
    </w:p>
    <w:p>
      <w:pPr>
        <w:spacing w:after="60"/>
      </w:pPr>
      <w:r>
        <w:rPr>
          <w:rFonts w:ascii="Arial" w:hAnsi="Arial"/>
          <w:b/>
          <w:sz w:val="21"/>
        </w:rPr>
        <w:t>SAIEE Membership Grade:</w:t>
      </w:r>
      <w:r>
        <w:rPr>
          <w:rFonts w:ascii="Arial" w:hAnsi="Arial"/>
          <w:sz w:val="21"/>
        </w:rPr>
        <w:t xml:space="preserve"> ______________________________________________</w:t>
      </w:r>
    </w:p>
    <w:p>
      <w:pPr>
        <w:spacing w:after="60"/>
      </w:pPr>
      <w:r>
        <w:rPr>
          <w:rFonts w:ascii="Arial" w:hAnsi="Arial"/>
          <w:b/>
          <w:sz w:val="21"/>
        </w:rPr>
        <w:t>SAIEE Membership No.:</w:t>
      </w:r>
      <w:r>
        <w:rPr>
          <w:rFonts w:ascii="Arial" w:hAnsi="Arial"/>
          <w:sz w:val="21"/>
        </w:rPr>
        <w:t xml:space="preserve"> ______________________________________________</w:t>
      </w:r>
    </w:p>
    <w:p>
      <w:pPr>
        <w:spacing w:after="60"/>
      </w:pPr>
      <w:r>
        <w:rPr>
          <w:rFonts w:ascii="Arial" w:hAnsi="Arial"/>
          <w:b/>
          <w:sz w:val="21"/>
        </w:rPr>
        <w:t>Mobile:</w:t>
      </w:r>
      <w:r>
        <w:rPr>
          <w:rFonts w:ascii="Arial" w:hAnsi="Arial"/>
          <w:sz w:val="21"/>
        </w:rPr>
        <w:t xml:space="preserve"> ______________________________________________</w:t>
      </w:r>
    </w:p>
    <w:p>
      <w:pPr>
        <w:spacing w:after="60"/>
      </w:pPr>
      <w:r>
        <w:rPr>
          <w:rFonts w:ascii="Arial" w:hAnsi="Arial"/>
          <w:b/>
          <w:sz w:val="21"/>
        </w:rPr>
        <w:t>Telephone:</w:t>
      </w:r>
      <w:r>
        <w:rPr>
          <w:rFonts w:ascii="Arial" w:hAnsi="Arial"/>
          <w:sz w:val="21"/>
        </w:rPr>
        <w:t xml:space="preserve"> ______________________________________________</w:t>
      </w:r>
    </w:p>
    <w:p>
      <w:pPr>
        <w:spacing w:after="60"/>
      </w:pPr>
      <w:r>
        <w:rPr>
          <w:rFonts w:ascii="Arial" w:hAnsi="Arial"/>
          <w:b/>
          <w:sz w:val="21"/>
        </w:rPr>
        <w:t>Email:</w:t>
      </w:r>
      <w:r>
        <w:rPr>
          <w:rFonts w:ascii="Arial" w:hAnsi="Arial"/>
          <w:sz w:val="21"/>
        </w:rPr>
        <w:t xml:space="preserve"> ______________________________________________</w:t>
      </w:r>
    </w:p>
    <w:p>
      <w:pPr>
        <w:spacing w:after="60"/>
      </w:pPr>
      <w:r>
        <w:rPr>
          <w:rFonts w:ascii="Arial" w:hAnsi="Arial"/>
          <w:b/>
          <w:sz w:val="21"/>
        </w:rPr>
        <w:t>Relationship with Applicant:</w:t>
      </w:r>
      <w:r>
        <w:rPr>
          <w:rFonts w:ascii="Arial" w:hAnsi="Arial"/>
          <w:sz w:val="21"/>
        </w:rPr>
        <w:t xml:space="preserve"> ______________________________________________</w:t>
      </w:r>
    </w:p>
    <w:p>
      <w:pPr>
        <w:spacing w:after="60"/>
      </w:pPr>
      <w:r>
        <w:rPr>
          <w:rFonts w:ascii="Arial" w:hAnsi="Arial"/>
          <w:b/>
          <w:sz w:val="21"/>
        </w:rPr>
        <w:t>Signature of Nominator: ______________________________________________</w:t>
      </w:r>
    </w:p>
    <w:p>
      <w:pPr>
        <w:spacing w:after="160"/>
      </w:pPr>
      <w:r>
        <w:rPr>
          <w:rFonts w:ascii="Arial" w:hAnsi="Arial"/>
          <w:b/>
          <w:sz w:val="21"/>
        </w:rPr>
        <w:t>Date: ______________________________</w:t>
      </w:r>
    </w:p>
    <w:p>
      <w:pPr>
        <w:spacing w:after="60"/>
      </w:pPr>
      <w:r>
        <w:rPr>
          <w:rFonts w:ascii="Arial" w:hAnsi="Arial"/>
          <w:b/>
          <w:sz w:val="21"/>
        </w:rPr>
        <w:t>Nominator's comments (optional):</w:t>
      </w:r>
    </w:p>
    <w:p>
      <w:pPr>
        <w:spacing w:after="40"/>
      </w:pPr>
      <w:r>
        <w:rPr>
          <w:rFonts w:ascii="Arial" w:hAnsi="Arial"/>
          <w:b w:val="0"/>
          <w:sz w:val="21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21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21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21"/>
        </w:rPr>
        <w:t>________________________________________________________________________________</w:t>
      </w:r>
    </w:p>
    <w:p>
      <w:r>
        <w:br w:type="page"/>
      </w:r>
    </w:p>
    <w:p>
      <w:pPr>
        <w:spacing w:after="160"/>
        <w:jc w:val="center"/>
      </w:pPr>
      <w:r>
        <w:rPr>
          <w:rFonts w:ascii="Arial" w:hAnsi="Arial"/>
          <w:b/>
          <w:sz w:val="26"/>
        </w:rPr>
        <w:t>SAIEE SENIOR MEMBER NOMINATION – REFERRAL LETTER</w:t>
      </w:r>
    </w:p>
    <w:p>
      <w:pPr>
        <w:spacing w:after="240"/>
        <w:jc w:val="center"/>
      </w:pPr>
      <w:r>
        <w:rPr>
          <w:rFonts w:ascii="Arial" w:hAnsi="Arial"/>
          <w:b/>
          <w:sz w:val="21"/>
        </w:rPr>
        <w:t>Nominator 2</w:t>
      </w:r>
    </w:p>
    <w:p>
      <w:pPr>
        <w:spacing w:after="60"/>
      </w:pPr>
      <w:r>
        <w:rPr>
          <w:rFonts w:ascii="Arial" w:hAnsi="Arial"/>
          <w:b/>
          <w:sz w:val="21"/>
        </w:rPr>
        <w:t>Date:</w:t>
      </w:r>
      <w:r>
        <w:rPr>
          <w:rFonts w:ascii="Arial" w:hAnsi="Arial"/>
          <w:sz w:val="21"/>
        </w:rPr>
        <w:t xml:space="preserve"> ______________________________________________</w:t>
      </w:r>
    </w:p>
    <w:p>
      <w:pPr>
        <w:spacing w:after="60"/>
      </w:pPr>
      <w:r>
        <w:rPr>
          <w:rFonts w:ascii="Arial" w:hAnsi="Arial"/>
          <w:b/>
          <w:sz w:val="21"/>
        </w:rPr>
        <w:t>Applicant Name:</w:t>
      </w:r>
      <w:r>
        <w:rPr>
          <w:rFonts w:ascii="Arial" w:hAnsi="Arial"/>
          <w:sz w:val="21"/>
        </w:rPr>
        <w:t xml:space="preserve"> ______________________________________________</w:t>
      </w:r>
    </w:p>
    <w:p>
      <w:pPr>
        <w:spacing w:after="60"/>
      </w:pPr>
      <w:r>
        <w:rPr>
          <w:rFonts w:ascii="Arial" w:hAnsi="Arial"/>
          <w:b/>
          <w:sz w:val="21"/>
        </w:rPr>
        <w:t>Applicant SAIEE Membership / Application No. (if applicable):</w:t>
      </w:r>
      <w:r>
        <w:rPr>
          <w:rFonts w:ascii="Arial" w:hAnsi="Arial"/>
          <w:sz w:val="21"/>
        </w:rPr>
        <w:t xml:space="preserve"> ______________________________________________</w:t>
      </w:r>
    </w:p>
    <w:p>
      <w:pPr>
        <w:spacing w:after="160"/>
      </w:pPr>
      <w:r>
        <w:rPr>
          <w:rFonts w:ascii="Arial" w:hAnsi="Arial"/>
          <w:b/>
          <w:sz w:val="21"/>
        </w:rPr>
        <w:t>To: The South African Institute of Electrical Engineers (SAIEE)</w:t>
      </w:r>
    </w:p>
    <w:p>
      <w:pPr>
        <w:spacing w:after="160"/>
      </w:pPr>
      <w:r>
        <w:rPr>
          <w:rFonts w:ascii="Arial" w:hAnsi="Arial"/>
          <w:b/>
          <w:sz w:val="22"/>
        </w:rPr>
        <w:t>RE: NOMINATION OF APPLICANT FOR THE GRADE OF SENIOR MEMBER</w:t>
      </w:r>
    </w:p>
    <w:p>
      <w:pPr>
        <w:spacing w:after="140"/>
      </w:pPr>
      <w:r>
        <w:rPr>
          <w:rFonts w:ascii="Arial" w:hAnsi="Arial"/>
          <w:b w:val="0"/>
          <w:sz w:val="21"/>
        </w:rPr>
        <w:t>I am pleased to nominate and support the above applicant's application for admission to the grade of Senior Member of the South African Institute of Electrical Engineers (SAIEE).</w:t>
      </w:r>
    </w:p>
    <w:p>
      <w:pPr>
        <w:spacing w:after="140"/>
      </w:pPr>
      <w:r>
        <w:rPr>
          <w:rFonts w:ascii="Arial" w:hAnsi="Arial"/>
          <w:b w:val="0"/>
          <w:sz w:val="21"/>
        </w:rPr>
        <w:t>I confirm that I am a Senior Member/Fellow of the SAIEE and that I have sufficient knowledge of the applicant's professional background and conduct to provide this recommendation.</w:t>
      </w:r>
    </w:p>
    <w:p>
      <w:pPr>
        <w:spacing w:after="140"/>
      </w:pPr>
      <w:r>
        <w:rPr>
          <w:rFonts w:ascii="Arial" w:hAnsi="Arial"/>
          <w:b w:val="0"/>
          <w:sz w:val="21"/>
        </w:rPr>
        <w:t>Based on my knowledge of the applicant, I believe that they have demonstrated the professional experience, competence, integrity and commitment expected of a Senior Member of the SAIEE. I consider the applicant to be a suitable candidate for this grade and support the application.</w:t>
      </w:r>
    </w:p>
    <w:p>
      <w:pPr>
        <w:spacing w:after="140"/>
      </w:pPr>
      <w:r>
        <w:rPr>
          <w:rFonts w:ascii="Arial" w:hAnsi="Arial"/>
          <w:b w:val="0"/>
          <w:sz w:val="21"/>
        </w:rPr>
        <w:t>I am prepared to vouch for the applicant's Professional Experience and Integrity and confirm that, to the best of my knowledge, the information contained in this recommendation is true and correct.</w:t>
      </w:r>
    </w:p>
    <w:p>
      <w:pPr>
        <w:spacing w:after="200"/>
      </w:pPr>
      <w:r>
        <w:rPr>
          <w:rFonts w:ascii="Arial" w:hAnsi="Arial"/>
          <w:b w:val="0"/>
          <w:sz w:val="21"/>
        </w:rPr>
        <w:t>Please contact me should any further information or clarification be required.</w:t>
      </w:r>
    </w:p>
    <w:p>
      <w:pPr>
        <w:spacing w:after="60"/>
      </w:pPr>
      <w:r>
        <w:rPr>
          <w:rFonts w:ascii="Arial" w:hAnsi="Arial"/>
          <w:b/>
          <w:sz w:val="21"/>
        </w:rPr>
        <w:t>Nominator Name:</w:t>
      </w:r>
      <w:r>
        <w:rPr>
          <w:rFonts w:ascii="Arial" w:hAnsi="Arial"/>
          <w:sz w:val="21"/>
        </w:rPr>
        <w:t xml:space="preserve"> ______________________________________________</w:t>
      </w:r>
    </w:p>
    <w:p>
      <w:pPr>
        <w:spacing w:after="60"/>
      </w:pPr>
      <w:r>
        <w:rPr>
          <w:rFonts w:ascii="Arial" w:hAnsi="Arial"/>
          <w:b/>
          <w:sz w:val="21"/>
        </w:rPr>
        <w:t>SAIEE Membership Grade:</w:t>
      </w:r>
      <w:r>
        <w:rPr>
          <w:rFonts w:ascii="Arial" w:hAnsi="Arial"/>
          <w:sz w:val="21"/>
        </w:rPr>
        <w:t xml:space="preserve"> ______________________________________________</w:t>
      </w:r>
    </w:p>
    <w:p>
      <w:pPr>
        <w:spacing w:after="60"/>
      </w:pPr>
      <w:r>
        <w:rPr>
          <w:rFonts w:ascii="Arial" w:hAnsi="Arial"/>
          <w:b/>
          <w:sz w:val="21"/>
        </w:rPr>
        <w:t>SAIEE Membership No.:</w:t>
      </w:r>
      <w:r>
        <w:rPr>
          <w:rFonts w:ascii="Arial" w:hAnsi="Arial"/>
          <w:sz w:val="21"/>
        </w:rPr>
        <w:t xml:space="preserve"> ______________________________________________</w:t>
      </w:r>
    </w:p>
    <w:p>
      <w:pPr>
        <w:spacing w:after="60"/>
      </w:pPr>
      <w:r>
        <w:rPr>
          <w:rFonts w:ascii="Arial" w:hAnsi="Arial"/>
          <w:b/>
          <w:sz w:val="21"/>
        </w:rPr>
        <w:t>Mobile:</w:t>
      </w:r>
      <w:r>
        <w:rPr>
          <w:rFonts w:ascii="Arial" w:hAnsi="Arial"/>
          <w:sz w:val="21"/>
        </w:rPr>
        <w:t xml:space="preserve"> ______________________________________________</w:t>
      </w:r>
    </w:p>
    <w:p>
      <w:pPr>
        <w:spacing w:after="60"/>
      </w:pPr>
      <w:r>
        <w:rPr>
          <w:rFonts w:ascii="Arial" w:hAnsi="Arial"/>
          <w:b/>
          <w:sz w:val="21"/>
        </w:rPr>
        <w:t>Telephone:</w:t>
      </w:r>
      <w:r>
        <w:rPr>
          <w:rFonts w:ascii="Arial" w:hAnsi="Arial"/>
          <w:sz w:val="21"/>
        </w:rPr>
        <w:t xml:space="preserve"> ______________________________________________</w:t>
      </w:r>
    </w:p>
    <w:p>
      <w:pPr>
        <w:spacing w:after="60"/>
      </w:pPr>
      <w:r>
        <w:rPr>
          <w:rFonts w:ascii="Arial" w:hAnsi="Arial"/>
          <w:b/>
          <w:sz w:val="21"/>
        </w:rPr>
        <w:t>Email:</w:t>
      </w:r>
      <w:r>
        <w:rPr>
          <w:rFonts w:ascii="Arial" w:hAnsi="Arial"/>
          <w:sz w:val="21"/>
        </w:rPr>
        <w:t xml:space="preserve"> ______________________________________________</w:t>
      </w:r>
    </w:p>
    <w:p>
      <w:pPr>
        <w:spacing w:after="60"/>
      </w:pPr>
      <w:r>
        <w:rPr>
          <w:rFonts w:ascii="Arial" w:hAnsi="Arial"/>
          <w:b/>
          <w:sz w:val="21"/>
        </w:rPr>
        <w:t>Relationship with Applicant:</w:t>
      </w:r>
      <w:r>
        <w:rPr>
          <w:rFonts w:ascii="Arial" w:hAnsi="Arial"/>
          <w:sz w:val="21"/>
        </w:rPr>
        <w:t xml:space="preserve"> ______________________________________________</w:t>
      </w:r>
    </w:p>
    <w:p>
      <w:pPr>
        <w:spacing w:after="60"/>
      </w:pPr>
      <w:r>
        <w:rPr>
          <w:rFonts w:ascii="Arial" w:hAnsi="Arial"/>
          <w:b/>
          <w:sz w:val="21"/>
        </w:rPr>
        <w:t>Signature of Nominator: ______________________________________________</w:t>
      </w:r>
    </w:p>
    <w:p>
      <w:pPr>
        <w:spacing w:after="160"/>
      </w:pPr>
      <w:r>
        <w:rPr>
          <w:rFonts w:ascii="Arial" w:hAnsi="Arial"/>
          <w:b/>
          <w:sz w:val="21"/>
        </w:rPr>
        <w:t>Date: ______________________________</w:t>
      </w:r>
    </w:p>
    <w:p>
      <w:pPr>
        <w:spacing w:after="60"/>
      </w:pPr>
      <w:r>
        <w:rPr>
          <w:rFonts w:ascii="Arial" w:hAnsi="Arial"/>
          <w:b/>
          <w:sz w:val="21"/>
        </w:rPr>
        <w:t>Nominator's comments (optional):</w:t>
      </w:r>
    </w:p>
    <w:p>
      <w:pPr>
        <w:spacing w:after="40"/>
      </w:pPr>
      <w:r>
        <w:rPr>
          <w:rFonts w:ascii="Arial" w:hAnsi="Arial"/>
          <w:b w:val="0"/>
          <w:sz w:val="21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21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21"/>
        </w:rPr>
        <w:t>________________________________________________________________________________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21"/>
        </w:rPr>
        <w:t>________________________________________________________________________________</w:t>
      </w:r>
    </w:p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