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1F628D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jc w:val="center"/>
            </w:pPr>
            <w:r>
              <w:rPr>
                <w:rFonts w:ascii="Arial" w:hAnsi="Arial"/>
                <w:color w:val="FFFFFF"/>
                <w:sz w:val="21"/>
              </w:rPr>
              <w:t>NOMINATION FOR ELECTION TO THE GRADE OF FELLOW</w:t>
            </w:r>
          </w:p>
        </w:tc>
      </w:tr>
    </w:tbl>
    <w:p>
      <w:pPr>
        <w:spacing w:before="100" w:after="40"/>
      </w:pPr>
      <w:r>
        <w:rPr>
          <w:b/>
          <w:sz w:val="20"/>
        </w:rPr>
        <w:t>DECLARATION BY NOMINATOR(S)</w:t>
      </w:r>
    </w:p>
    <w:p>
      <w:pPr>
        <w:spacing w:after="100"/>
      </w:pPr>
      <w:r>
        <w:rPr>
          <w:sz w:val="17"/>
        </w:rPr>
        <w:t>From personal knowledge of the nominee’s qualifications, professional experience and integrity, I regard the nominee as suitable and worthy to be considered for the grade of Fellow Membership and propose accordingly. I endorse the correctness of those parts of the nomination identified by my initials and hereby undertake to substantiate or provide additional information for this nomination on request.</w:t>
      </w:r>
    </w:p>
    <w:p>
      <w:pPr>
        <w:spacing w:before="100" w:after="40"/>
      </w:pPr>
      <w:r>
        <w:rPr>
          <w:b/>
          <w:sz w:val="20"/>
        </w:rPr>
        <w:t>FIRST NOMINATOR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1944"/>
            <w:tcMar>
              <w:top w:w="10" w:type="dxa"/>
              <w:start w:w="15" w:type="dxa"/>
              <w:bottom w:w="1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</w:rPr>
              <w:t>SIGNATURE</w:t>
            </w:r>
          </w:p>
        </w:tc>
        <w:tc>
          <w:tcPr>
            <w:tcW w:type="dxa" w:w="5544"/>
            <w:tcMar>
              <w:top w:w="10" w:type="dxa"/>
              <w:start w:w="15" w:type="dxa"/>
              <w:bottom w:w="1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t>________________________________________________</w:t>
            </w:r>
          </w:p>
        </w:tc>
        <w:tc>
          <w:tcPr>
            <w:tcW w:type="dxa" w:w="1080"/>
            <w:tcMar>
              <w:top w:w="10" w:type="dxa"/>
              <w:start w:w="15" w:type="dxa"/>
              <w:bottom w:w="1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</w:rPr>
              <w:t>GRADE</w:t>
            </w:r>
          </w:p>
        </w:tc>
        <w:tc>
          <w:tcPr>
            <w:tcW w:type="dxa" w:w="2448"/>
            <w:tcMar>
              <w:top w:w="10" w:type="dxa"/>
              <w:start w:w="15" w:type="dxa"/>
              <w:bottom w:w="1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t>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1944"/>
            <w:tcMar>
              <w:top w:w="10" w:type="dxa"/>
              <w:start w:w="15" w:type="dxa"/>
              <w:bottom w:w="1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</w:rPr>
              <w:t>NAME</w:t>
            </w:r>
          </w:p>
        </w:tc>
        <w:tc>
          <w:tcPr>
            <w:tcW w:type="dxa" w:w="5544"/>
            <w:tcMar>
              <w:top w:w="10" w:type="dxa"/>
              <w:start w:w="15" w:type="dxa"/>
              <w:bottom w:w="1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t>________________________________________________</w:t>
            </w:r>
          </w:p>
        </w:tc>
        <w:tc>
          <w:tcPr>
            <w:tcW w:type="dxa" w:w="1080"/>
            <w:tcMar>
              <w:top w:w="10" w:type="dxa"/>
              <w:start w:w="15" w:type="dxa"/>
              <w:bottom w:w="1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2448"/>
            <w:tcMar>
              <w:top w:w="10" w:type="dxa"/>
              <w:start w:w="15" w:type="dxa"/>
              <w:bottom w:w="1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1944"/>
            <w:tcMar>
              <w:top w:w="10" w:type="dxa"/>
              <w:start w:w="15" w:type="dxa"/>
              <w:bottom w:w="1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</w:rPr>
              <w:t>POSTAL ADDRESS</w:t>
            </w:r>
          </w:p>
        </w:tc>
        <w:tc>
          <w:tcPr>
            <w:tcW w:type="dxa" w:w="5544"/>
            <w:tcMar>
              <w:top w:w="10" w:type="dxa"/>
              <w:start w:w="15" w:type="dxa"/>
              <w:bottom w:w="1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t>________________________________________________</w:t>
            </w:r>
          </w:p>
        </w:tc>
        <w:tc>
          <w:tcPr>
            <w:tcW w:type="dxa" w:w="1080"/>
            <w:tcMar>
              <w:top w:w="10" w:type="dxa"/>
              <w:start w:w="15" w:type="dxa"/>
              <w:bottom w:w="1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2448"/>
            <w:tcMar>
              <w:top w:w="10" w:type="dxa"/>
              <w:start w:w="15" w:type="dxa"/>
              <w:bottom w:w="1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1944"/>
            <w:tcMar>
              <w:top w:w="10" w:type="dxa"/>
              <w:start w:w="15" w:type="dxa"/>
              <w:bottom w:w="1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</w:rPr>
              <w:t>CITY / TOWN</w:t>
            </w:r>
          </w:p>
        </w:tc>
        <w:tc>
          <w:tcPr>
            <w:tcW w:type="dxa" w:w="5544"/>
            <w:tcMar>
              <w:top w:w="10" w:type="dxa"/>
              <w:start w:w="15" w:type="dxa"/>
              <w:bottom w:w="1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t>________________________________________________</w:t>
            </w:r>
          </w:p>
        </w:tc>
        <w:tc>
          <w:tcPr>
            <w:tcW w:type="dxa" w:w="1080"/>
            <w:tcMar>
              <w:top w:w="10" w:type="dxa"/>
              <w:start w:w="15" w:type="dxa"/>
              <w:bottom w:w="1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</w:rPr>
              <w:t>CODE</w:t>
            </w:r>
          </w:p>
        </w:tc>
        <w:tc>
          <w:tcPr>
            <w:tcW w:type="dxa" w:w="2448"/>
            <w:tcMar>
              <w:top w:w="10" w:type="dxa"/>
              <w:start w:w="15" w:type="dxa"/>
              <w:bottom w:w="1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t>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1944"/>
            <w:tcMar>
              <w:top w:w="10" w:type="dxa"/>
              <w:start w:w="15" w:type="dxa"/>
              <w:bottom w:w="1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</w:rPr>
              <w:t>EMAIL ADDRESS</w:t>
            </w:r>
          </w:p>
        </w:tc>
        <w:tc>
          <w:tcPr>
            <w:tcW w:type="dxa" w:w="5544"/>
            <w:tcMar>
              <w:top w:w="10" w:type="dxa"/>
              <w:start w:w="15" w:type="dxa"/>
              <w:bottom w:w="1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t>________________________________________________</w:t>
            </w:r>
          </w:p>
        </w:tc>
        <w:tc>
          <w:tcPr>
            <w:tcW w:type="dxa" w:w="1080"/>
            <w:tcMar>
              <w:top w:w="10" w:type="dxa"/>
              <w:start w:w="15" w:type="dxa"/>
              <w:bottom w:w="1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</w:rPr>
              <w:t>TELEPHONE</w:t>
            </w:r>
          </w:p>
        </w:tc>
        <w:tc>
          <w:tcPr>
            <w:tcW w:type="dxa" w:w="2448"/>
            <w:tcMar>
              <w:top w:w="10" w:type="dxa"/>
              <w:start w:w="15" w:type="dxa"/>
              <w:bottom w:w="1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t>____________________</w:t>
            </w:r>
          </w:p>
        </w:tc>
      </w:tr>
    </w:tbl>
    <w:p>
      <w:pPr>
        <w:spacing w:before="100" w:after="40"/>
      </w:pPr>
      <w:r>
        <w:rPr>
          <w:b/>
          <w:sz w:val="20"/>
        </w:rPr>
        <w:t>SECOND NOMINATOR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1944"/>
            <w:tcMar>
              <w:top w:w="10" w:type="dxa"/>
              <w:start w:w="15" w:type="dxa"/>
              <w:bottom w:w="1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</w:rPr>
              <w:t>SIGNATURE</w:t>
            </w:r>
          </w:p>
        </w:tc>
        <w:tc>
          <w:tcPr>
            <w:tcW w:type="dxa" w:w="5544"/>
            <w:tcMar>
              <w:top w:w="10" w:type="dxa"/>
              <w:start w:w="15" w:type="dxa"/>
              <w:bottom w:w="1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t>________________________________________________</w:t>
            </w:r>
          </w:p>
        </w:tc>
        <w:tc>
          <w:tcPr>
            <w:tcW w:type="dxa" w:w="1080"/>
            <w:tcMar>
              <w:top w:w="10" w:type="dxa"/>
              <w:start w:w="15" w:type="dxa"/>
              <w:bottom w:w="1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</w:rPr>
              <w:t>GRADE</w:t>
            </w:r>
          </w:p>
        </w:tc>
        <w:tc>
          <w:tcPr>
            <w:tcW w:type="dxa" w:w="2448"/>
            <w:tcMar>
              <w:top w:w="10" w:type="dxa"/>
              <w:start w:w="15" w:type="dxa"/>
              <w:bottom w:w="1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t>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1944"/>
            <w:tcMar>
              <w:top w:w="10" w:type="dxa"/>
              <w:start w:w="15" w:type="dxa"/>
              <w:bottom w:w="1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</w:rPr>
              <w:t>NAME</w:t>
            </w:r>
          </w:p>
        </w:tc>
        <w:tc>
          <w:tcPr>
            <w:tcW w:type="dxa" w:w="5544"/>
            <w:tcMar>
              <w:top w:w="10" w:type="dxa"/>
              <w:start w:w="15" w:type="dxa"/>
              <w:bottom w:w="1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t>________________________________________________</w:t>
            </w:r>
          </w:p>
        </w:tc>
        <w:tc>
          <w:tcPr>
            <w:tcW w:type="dxa" w:w="1080"/>
            <w:tcMar>
              <w:top w:w="10" w:type="dxa"/>
              <w:start w:w="15" w:type="dxa"/>
              <w:bottom w:w="1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2448"/>
            <w:tcMar>
              <w:top w:w="10" w:type="dxa"/>
              <w:start w:w="15" w:type="dxa"/>
              <w:bottom w:w="1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1944"/>
            <w:tcMar>
              <w:top w:w="10" w:type="dxa"/>
              <w:start w:w="15" w:type="dxa"/>
              <w:bottom w:w="1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</w:rPr>
              <w:t>POSTAL ADDRESS</w:t>
            </w:r>
          </w:p>
        </w:tc>
        <w:tc>
          <w:tcPr>
            <w:tcW w:type="dxa" w:w="5544"/>
            <w:tcMar>
              <w:top w:w="10" w:type="dxa"/>
              <w:start w:w="15" w:type="dxa"/>
              <w:bottom w:w="1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t>________________________________________________</w:t>
            </w:r>
          </w:p>
        </w:tc>
        <w:tc>
          <w:tcPr>
            <w:tcW w:type="dxa" w:w="1080"/>
            <w:tcMar>
              <w:top w:w="10" w:type="dxa"/>
              <w:start w:w="15" w:type="dxa"/>
              <w:bottom w:w="1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2448"/>
            <w:tcMar>
              <w:top w:w="10" w:type="dxa"/>
              <w:start w:w="15" w:type="dxa"/>
              <w:bottom w:w="1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1944"/>
            <w:tcMar>
              <w:top w:w="10" w:type="dxa"/>
              <w:start w:w="15" w:type="dxa"/>
              <w:bottom w:w="1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</w:rPr>
              <w:t>CITY / TOWN</w:t>
            </w:r>
          </w:p>
        </w:tc>
        <w:tc>
          <w:tcPr>
            <w:tcW w:type="dxa" w:w="5544"/>
            <w:tcMar>
              <w:top w:w="10" w:type="dxa"/>
              <w:start w:w="15" w:type="dxa"/>
              <w:bottom w:w="1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t>________________________________________________</w:t>
            </w:r>
          </w:p>
        </w:tc>
        <w:tc>
          <w:tcPr>
            <w:tcW w:type="dxa" w:w="1080"/>
            <w:tcMar>
              <w:top w:w="10" w:type="dxa"/>
              <w:start w:w="15" w:type="dxa"/>
              <w:bottom w:w="1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</w:rPr>
              <w:t>CODE</w:t>
            </w:r>
          </w:p>
        </w:tc>
        <w:tc>
          <w:tcPr>
            <w:tcW w:type="dxa" w:w="2448"/>
            <w:tcMar>
              <w:top w:w="10" w:type="dxa"/>
              <w:start w:w="15" w:type="dxa"/>
              <w:bottom w:w="1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t>____________________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1944"/>
            <w:tcMar>
              <w:top w:w="10" w:type="dxa"/>
              <w:start w:w="15" w:type="dxa"/>
              <w:bottom w:w="1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</w:rPr>
              <w:t>EMAIL ADDRESS</w:t>
            </w:r>
          </w:p>
        </w:tc>
        <w:tc>
          <w:tcPr>
            <w:tcW w:type="dxa" w:w="5544"/>
            <w:tcMar>
              <w:top w:w="10" w:type="dxa"/>
              <w:start w:w="15" w:type="dxa"/>
              <w:bottom w:w="1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t>________________________________________________</w:t>
            </w:r>
          </w:p>
        </w:tc>
        <w:tc>
          <w:tcPr>
            <w:tcW w:type="dxa" w:w="1080"/>
            <w:tcMar>
              <w:top w:w="10" w:type="dxa"/>
              <w:start w:w="15" w:type="dxa"/>
              <w:bottom w:w="1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</w:rPr>
              <w:t>TELEPHONE</w:t>
            </w:r>
          </w:p>
        </w:tc>
        <w:tc>
          <w:tcPr>
            <w:tcW w:type="dxa" w:w="2448"/>
            <w:tcMar>
              <w:top w:w="10" w:type="dxa"/>
              <w:start w:w="15" w:type="dxa"/>
              <w:bottom w:w="10" w:type="dxa"/>
              <w:end w:w="15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r>
              <w:t>____________________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1F628D"/>
            <w:tcMar>
              <w:top w:w="45" w:type="dxa"/>
              <w:start w:w="50" w:type="dxa"/>
              <w:bottom w:w="45" w:type="dxa"/>
              <w:end w:w="50" w:type="dxa"/>
            </w:tcMar>
          </w:tcPr>
          <w:p>
            <w:pPr>
              <w:jc w:val="center"/>
            </w:pPr>
            <w:r>
              <w:rPr>
                <w:rFonts w:ascii="Arial" w:hAnsi="Arial"/>
                <w:color w:val="FFFFFF"/>
                <w:sz w:val="21"/>
              </w:rPr>
              <w:t>MOTIVATIONAL LETTER — ATTACHMENT / UPLOAD</w:t>
            </w:r>
          </w:p>
        </w:tc>
      </w:tr>
    </w:tbl>
    <w:p>
      <w:pPr>
        <w:spacing w:before="100" w:after="60"/>
      </w:pPr>
      <w:r>
        <w:rPr>
          <w:sz w:val="17"/>
        </w:rPr>
        <w:t>Please attach/upload a motivational letter supporting the nominee’s election to the grade of Fellow. The motivation should address the nominee’s qualifications, professional experience, contribution to the profession, standing/integrity and any other criteria required by the applicable bylaws or rules.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rPr>
          <w:trHeight w:val="605"/>
        </w:trPr>
        <w:tc>
          <w:tcPr>
            <w:tcW w:type="dxa" w:w="2880"/>
            <w:shd w:fill="1F628D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r>
              <w:rPr>
                <w:b/>
                <w:color w:val="FFFFFF"/>
                <w:sz w:val="16"/>
              </w:rPr>
              <w:t>FILE NAME</w:t>
            </w:r>
          </w:p>
        </w:tc>
        <w:tc>
          <w:tcPr>
            <w:tcW w:type="dxa" w:w="8208"/>
            <w:tcMar>
              <w:top w:w="45" w:type="dxa"/>
              <w:start w:w="60" w:type="dxa"/>
              <w:bottom w:w="45" w:type="dxa"/>
              <w:end w:w="60" w:type="dxa"/>
            </w:tcMar>
            <w:tcBorders>
              <w:top w:val="single" w:sz="4" w:color="A6A6A6"/>
              <w:left w:val="single" w:sz="4" w:color="A6A6A6"/>
              <w:bottom w:val="single" w:sz="4" w:color="A6A6A6"/>
              <w:right w:val="single" w:sz="4" w:color="A6A6A6"/>
            </w:tcBorders>
          </w:tcPr>
          <w:p>
            <w:r>
              <w:rPr>
                <w:sz w:val="17"/>
              </w:rPr>
              <w:t>____________________________________________________________</w:t>
            </w:r>
          </w:p>
        </w:tc>
      </w:tr>
      <w:tr>
        <w:trPr>
          <w:trHeight w:val="605"/>
        </w:trPr>
        <w:tc>
          <w:tcPr>
            <w:tcW w:type="dxa" w:w="2880"/>
            <w:shd w:fill="1F628D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r>
              <w:rPr>
                <w:b/>
                <w:color w:val="FFFFFF"/>
                <w:sz w:val="16"/>
              </w:rPr>
              <w:t>DOCUMENT TYPE</w:t>
            </w:r>
          </w:p>
        </w:tc>
        <w:tc>
          <w:tcPr>
            <w:tcW w:type="dxa" w:w="8208"/>
            <w:tcMar>
              <w:top w:w="45" w:type="dxa"/>
              <w:start w:w="60" w:type="dxa"/>
              <w:bottom w:w="45" w:type="dxa"/>
              <w:end w:w="60" w:type="dxa"/>
            </w:tcMar>
            <w:tcBorders>
              <w:top w:val="single" w:sz="4" w:color="A6A6A6"/>
              <w:left w:val="single" w:sz="4" w:color="A6A6A6"/>
              <w:bottom w:val="single" w:sz="4" w:color="A6A6A6"/>
              <w:right w:val="single" w:sz="4" w:color="A6A6A6"/>
            </w:tcBorders>
          </w:tcPr>
          <w:p>
            <w:r>
              <w:rPr>
                <w:sz w:val="17"/>
              </w:rPr>
              <w:t>☐ PDF   ☐ Word document   ☐ Other: __________________________</w:t>
            </w:r>
          </w:p>
        </w:tc>
      </w:tr>
      <w:tr>
        <w:trPr>
          <w:trHeight w:val="605"/>
        </w:trPr>
        <w:tc>
          <w:tcPr>
            <w:tcW w:type="dxa" w:w="2880"/>
            <w:shd w:fill="1F628D"/>
            <w:tcMar>
              <w:top w:w="45" w:type="dxa"/>
              <w:start w:w="60" w:type="dxa"/>
              <w:bottom w:w="45" w:type="dxa"/>
              <w:end w:w="60" w:type="dxa"/>
            </w:tcMar>
          </w:tcPr>
          <w:p>
            <w:r>
              <w:rPr>
                <w:b/>
                <w:color w:val="FFFFFF"/>
                <w:sz w:val="16"/>
              </w:rPr>
              <w:t>ATTACHMENT / UPLOAD</w:t>
            </w:r>
          </w:p>
        </w:tc>
        <w:tc>
          <w:tcPr>
            <w:tcW w:type="dxa" w:w="8208"/>
            <w:tcMar>
              <w:top w:w="45" w:type="dxa"/>
              <w:start w:w="60" w:type="dxa"/>
              <w:bottom w:w="45" w:type="dxa"/>
              <w:end w:w="60" w:type="dxa"/>
            </w:tcMar>
            <w:tcBorders>
              <w:top w:val="single" w:sz="4" w:color="A6A6A6"/>
              <w:left w:val="single" w:sz="4" w:color="A6A6A6"/>
              <w:bottom w:val="single" w:sz="4" w:color="A6A6A6"/>
              <w:right w:val="single" w:sz="4" w:color="A6A6A6"/>
            </w:tcBorders>
          </w:tcPr>
          <w:p>
            <w:r>
              <w:rPr>
                <w:sz w:val="17"/>
              </w:rPr>
              <w:t>☐ Motivational letter attached / uploaded</w:t>
            </w:r>
          </w:p>
        </w:tc>
      </w:tr>
    </w:tbl>
    <w:p>
      <w:pPr>
        <w:spacing w:before="100"/>
        <w:jc w:val="center"/>
      </w:pPr>
      <w:r>
        <w:rPr>
          <w:b/>
          <w:color w:val="666666"/>
          <w:sz w:val="17"/>
        </w:rPr>
        <w:t>Nominators must provide a motivation for the election of the Nominee to the grade of Fellow.</w:t>
      </w:r>
    </w:p>
    <w:sectPr w:rsidR="00FC693F" w:rsidRPr="0006063C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